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rPr>
        <w:t>[Dénomination de votre société]</w:t>
      </w:r>
    </w:p>
    <w:p>
      <w:r>
        <w:rPr>
          <w:b w:val="0"/>
          <w:i w:val="0"/>
        </w:rPr>
        <w:t>[Forme juridique] — SIREN [numéro]</w:t>
        <w:br/>
        <w:t>[Adresse du siège]</w:t>
        <w:br/>
        <w:t>[Code postal, ville]</w:t>
      </w:r>
    </w:p>
    <w:p>
      <w:r>
        <w:rPr>
          <w:b w:val="0"/>
          <w:i w:val="0"/>
        </w:rPr>
      </w:r>
    </w:p>
    <w:p>
      <w:pPr>
        <w:jc w:val="right"/>
      </w:pPr>
      <w:r>
        <w:rPr>
          <w:b w:val="0"/>
          <w:i w:val="0"/>
        </w:rPr>
        <w:t>[Nom du cabinet d'expertise comptable actuel]</w:t>
        <w:br/>
        <w:t>[Adresse]</w:t>
        <w:br/>
        <w:t>[Code postal, ville]</w:t>
      </w:r>
    </w:p>
    <w:p>
      <w:r>
        <w:rPr>
          <w:b w:val="0"/>
          <w:i w:val="0"/>
        </w:rPr>
      </w:r>
    </w:p>
    <w:p>
      <w:r>
        <w:rPr>
          <w:b/>
          <w:i w:val="0"/>
        </w:rPr>
        <w:t>Lettre recommandée avec demande d'avis de réception</w:t>
      </w:r>
    </w:p>
    <w:p>
      <w:r>
        <w:rPr>
          <w:b w:val="0"/>
          <w:i w:val="0"/>
        </w:rPr>
        <w:t>[Ville], le [date]</w:t>
      </w:r>
    </w:p>
    <w:p>
      <w:r>
        <w:rPr>
          <w:b w:val="0"/>
          <w:i w:val="0"/>
        </w:rPr>
      </w:r>
    </w:p>
    <w:p>
      <w:r>
        <w:rPr>
          <w:b/>
          <w:i w:val="0"/>
        </w:rPr>
        <w:t>Objet : résiliation de la lettre de mission</w:t>
      </w:r>
    </w:p>
    <w:p>
      <w:r>
        <w:rPr>
          <w:b w:val="0"/>
          <w:i w:val="0"/>
        </w:rPr>
      </w:r>
    </w:p>
    <w:p>
      <w:r>
        <w:rPr>
          <w:b w:val="0"/>
          <w:i w:val="0"/>
        </w:rPr>
        <w:t>Madame, Monsieur,</w:t>
      </w:r>
    </w:p>
    <w:p>
      <w:r>
        <w:rPr>
          <w:b w:val="0"/>
          <w:i w:val="0"/>
        </w:rPr>
        <w:t>Par la présente, nous vous informons de notre décision de mettre fin à la lettre de mission qui nous lie, signée le [date de signature de la lettre de mission], pour la société [dénomination].</w:t>
      </w:r>
    </w:p>
    <w:p>
      <w:r>
        <w:rPr>
          <w:b w:val="0"/>
          <w:i w:val="0"/>
        </w:rPr>
        <w:t>Conformément aux conditions de cette lettre de mission, cette résiliation prendra effet à la clôture de l'exercice en cours, le [date de clôture]. Les travaux relatifs à cet exercice (comptes annuels et déclarations qui s'y rattachent) seront donc les derniers que vous réaliserez pour notre société, sauf accord différent entre nous.</w:t>
      </w:r>
    </w:p>
    <w:p>
      <w:r>
        <w:rPr>
          <w:b w:val="0"/>
          <w:i w:val="0"/>
        </w:rPr>
        <w:t>Notre nouvel expert-comptable, le cabinet Extern'Us, prendra contact avec vous, comme le prévoient les règles de la profession. Nous vous remercions de lui faciliter la reprise du dossier et de nous restituer, ou de lui transmettre avec notre accord, les documents et données de la société, notamment :</w:t>
      </w:r>
    </w:p>
    <w:p>
      <w:pPr>
        <w:pStyle w:val="ListBullet"/>
      </w:pPr>
      <w:r>
        <w:t>les comptes annuels, liasses fiscales et annexes des derniers exercices ;</w:t>
      </w:r>
    </w:p>
    <w:p>
      <w:pPr>
        <w:pStyle w:val="ListBullet"/>
      </w:pPr>
      <w:r>
        <w:t>le fichier des écritures comptables (FEC) et les balances et grands livres ;</w:t>
      </w:r>
    </w:p>
    <w:p>
      <w:pPr>
        <w:pStyle w:val="ListBullet"/>
      </w:pPr>
      <w:r>
        <w:t>le tableau des immobilisations et des amortissements ;</w:t>
      </w:r>
    </w:p>
    <w:p>
      <w:pPr>
        <w:pStyle w:val="ListBullet"/>
      </w:pPr>
      <w:r>
        <w:t>les déclarations fiscales et sociales déposées, et les accès ou mandats en cours à résilier ;</w:t>
      </w:r>
    </w:p>
    <w:p>
      <w:pPr>
        <w:pStyle w:val="ListBullet"/>
      </w:pPr>
      <w:r>
        <w:t>les documents juridiques (statuts, procès-verbaux, registres) que vous détenez.</w:t>
      </w:r>
    </w:p>
    <w:p>
      <w:r>
        <w:rPr>
          <w:b w:val="0"/>
          <w:i w:val="0"/>
        </w:rPr>
        <w:t>Nous vous remercions de nous adresser le décompte des honoraires restant dus à la date de fin de mission, que nous réglerons à réception.</w:t>
      </w:r>
    </w:p>
    <w:p>
      <w:r>
        <w:rPr>
          <w:b w:val="0"/>
          <w:i w:val="0"/>
        </w:rPr>
        <w:t>Nous vous remercions pour votre accompagnement et vous prions d'agréer, Madame, Monsieur, l'expression de nos salutations distinguées.</w:t>
      </w:r>
    </w:p>
    <w:p>
      <w:r>
        <w:rPr>
          <w:b w:val="0"/>
          <w:i w:val="0"/>
        </w:rPr>
      </w:r>
    </w:p>
    <w:p>
      <w:pPr>
        <w:jc w:val="right"/>
      </w:pPr>
      <w:r>
        <w:rPr>
          <w:b w:val="0"/>
          <w:i w:val="0"/>
        </w:rPr>
        <w:t>[Nom et prénom du représentant légal]</w:t>
        <w:br/>
        <w:t>[Qualité : gérant, président…]</w:t>
        <w:br/>
        <w:t>Signature</w:t>
      </w:r>
    </w:p>
    <w:p>
      <w:r>
        <w:rPr>
          <w:b w:val="0"/>
          <w:i w:val="0"/>
        </w:rPr>
      </w:r>
    </w:p>
    <w:p>
      <w:r>
        <w:rPr>
          <w:b w:val="0"/>
          <w:i/>
        </w:rPr>
        <w:t>À vérifier avant l'envoi : le délai de préavis prévu par votre lettre de mission actuelle (souvent trois mois avant la clôture de l'exercice). Si ce délai est dépassé, la résiliation prend effet à la clôture suivante.</w:t>
      </w:r>
    </w:p>
    <w:sectPr w:rsidR="00FC693F" w:rsidRPr="0006063C" w:rsidSect="00034616">
      <w:pgSz w:w="12240" w:h="15840"/>
      <w:pgMar w:top="1440" w:right="1417" w:bottom="144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